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40" w:lineRule="auto"/>
        <w:jc w:val="center"/>
      </w:pPr>
      <w:r>
        <w:rPr>
          <w:b/>
          <w:color w:val="1F3864"/>
          <w:sz w:val="40"/>
        </w:rPr>
        <w:t>YOUR FULL NAME</w:t>
      </w:r>
    </w:p>
    <w:p>
      <w:pPr>
        <w:spacing w:line="240" w:lineRule="auto"/>
        <w:jc w:val="center"/>
      </w:pPr>
      <w:r>
        <w:rPr>
          <w:sz w:val="16"/>
        </w:rPr>
        <w:t>City, State, India | +91 XXXXX XXXXX | your.email@example.com | linkedin.com/in/yourname | github.com/yourname</w:t>
      </w:r>
    </w:p>
    <w:p>
      <w:pPr>
        <w:spacing w:before="70" w:after="40" w:line="240" w:lineRule="auto"/>
        <w:pBdr>
          <w:bottom w:val="single" w:sz="6" w:space="1" w:color="1F3864"/>
        </w:pBdr>
      </w:pPr>
      <w:r>
        <w:rPr>
          <w:b/>
          <w:color w:val="1F3864"/>
          <w:sz w:val="20"/>
        </w:rPr>
        <w:t>PROFESSIONAL SUMMARY</w:t>
      </w:r>
    </w:p>
    <w:p>
      <w:pPr>
        <w:spacing w:line="240" w:lineRule="auto"/>
      </w:pPr>
      <w:r>
        <w:rPr>
          <w:b w:val="0"/>
          <w:sz w:val="17"/>
        </w:rPr>
        <w:t>Technology / Data / Business Analytics Professional with [X]+ years of experience working across data analysis, reporting, automation, business intelligence, software/projects, and technology-driven problem solving. Strong hands-on knowledge of Python, SQL, Excel, Power BI, statistics, data visualization, Git/GitHub, and analytical frameworks. Experienced in transforming raw data into actionable insights, building dashboards, automating repetitive workflows, improving data quality, and communicating recommendations to stakeholders. Known for structured thinking, ownership, attention to detail, and delivering measurable business impact.</w:t>
      </w:r>
    </w:p>
    <w:p>
      <w:pPr>
        <w:spacing w:before="70" w:after="40" w:line="240" w:lineRule="auto"/>
        <w:pBdr>
          <w:bottom w:val="single" w:sz="6" w:space="1" w:color="1F3864"/>
        </w:pBdr>
      </w:pPr>
      <w:r>
        <w:rPr>
          <w:b/>
          <w:color w:val="1F3864"/>
          <w:sz w:val="20"/>
        </w:rPr>
        <w:t>EDUCATION</w:t>
      </w:r>
    </w:p>
    <w:p>
      <w:pPr>
        <w:tabs>
          <w:tab w:pos="10546" w:val="right"/>
        </w:tabs>
        <w:spacing w:before="40" w:line="240" w:lineRule="auto"/>
      </w:pPr>
      <w:r>
        <w:rPr>
          <w:b/>
          <w:sz w:val="17"/>
        </w:rPr>
        <w:t>DEGREE / PROGRAM</w:t>
      </w:r>
      <w:r>
        <w:rPr>
          <w:b w:val="0"/>
          <w:sz w:val="17"/>
        </w:rPr>
        <w:t xml:space="preserve"> — University / College Name, City, India</w:t>
      </w:r>
      <w:r>
        <w:rPr>
          <w:sz w:val="17"/>
        </w:rPr>
        <w:tab/>
      </w:r>
      <w:r>
        <w:rPr>
          <w:b/>
          <w:sz w:val="17"/>
        </w:rPr>
        <w:t>YYYY – YYYY</w:t>
      </w:r>
    </w:p>
    <w:p>
      <w:pPr>
        <w:spacing w:line="240" w:lineRule="auto"/>
      </w:pPr>
      <w:r>
        <w:rPr>
          <w:b w:val="0"/>
          <w:sz w:val="17"/>
        </w:rPr>
        <w:t>CGPA / Percentage: [X] | Relevant Coursework: Data Structures, DBMS, Statistics, Programming, Computer Networks, Business Analytics</w:t>
      </w:r>
    </w:p>
    <w:p>
      <w:pPr>
        <w:spacing w:before="70" w:after="40" w:line="240" w:lineRule="auto"/>
        <w:pBdr>
          <w:bottom w:val="single" w:sz="6" w:space="1" w:color="1F3864"/>
        </w:pBdr>
      </w:pPr>
      <w:r>
        <w:rPr>
          <w:b/>
          <w:color w:val="1F3864"/>
          <w:sz w:val="20"/>
        </w:rPr>
        <w:t>TECHNICAL SKILLS</w:t>
      </w:r>
    </w:p>
    <w:p>
      <w:pPr>
        <w:spacing w:line="240" w:lineRule="auto"/>
      </w:pPr>
      <w:r>
        <w:rPr>
          <w:b/>
          <w:sz w:val="17"/>
        </w:rPr>
        <w:t>Languages:</w:t>
      </w:r>
      <w:r>
        <w:rPr>
          <w:b w:val="0"/>
          <w:sz w:val="17"/>
        </w:rPr>
        <w:t xml:space="preserve"> Python, SQL, JavaScript</w:t>
      </w:r>
    </w:p>
    <w:p>
      <w:pPr>
        <w:spacing w:line="240" w:lineRule="auto"/>
      </w:pPr>
      <w:r>
        <w:rPr>
          <w:b/>
          <w:sz w:val="17"/>
        </w:rPr>
        <w:t>Databases:</w:t>
      </w:r>
      <w:r>
        <w:rPr>
          <w:b w:val="0"/>
          <w:sz w:val="17"/>
        </w:rPr>
        <w:t xml:space="preserve"> MySQL, PostgreSQL, SQL Server [edit as applicable]</w:t>
      </w:r>
    </w:p>
    <w:p>
      <w:pPr>
        <w:spacing w:line="240" w:lineRule="auto"/>
      </w:pPr>
      <w:r>
        <w:rPr>
          <w:b/>
          <w:sz w:val="17"/>
        </w:rPr>
        <w:t>Data &amp; BI:</w:t>
      </w:r>
      <w:r>
        <w:rPr>
          <w:b w:val="0"/>
          <w:sz w:val="17"/>
        </w:rPr>
        <w:t xml:space="preserve"> Advanced Excel, Pivot Tables, Power Query, Power BI, DAX [edit as applicable]</w:t>
      </w:r>
    </w:p>
    <w:p>
      <w:pPr>
        <w:spacing w:line="240" w:lineRule="auto"/>
      </w:pPr>
      <w:r>
        <w:rPr>
          <w:b/>
          <w:sz w:val="17"/>
        </w:rPr>
        <w:t>Python:</w:t>
      </w:r>
      <w:r>
        <w:rPr>
          <w:b w:val="0"/>
          <w:sz w:val="17"/>
        </w:rPr>
        <w:t xml:space="preserve"> Pandas, NumPy, Matplotlib, Seaborn, Scikit-learn [edit as applicable]</w:t>
      </w:r>
    </w:p>
    <w:p>
      <w:pPr>
        <w:spacing w:line="240" w:lineRule="auto"/>
      </w:pPr>
      <w:r>
        <w:rPr>
          <w:b/>
          <w:sz w:val="17"/>
        </w:rPr>
        <w:t>Developer Tools:</w:t>
      </w:r>
      <w:r>
        <w:rPr>
          <w:b w:val="0"/>
          <w:sz w:val="17"/>
        </w:rPr>
        <w:t xml:space="preserve"> Git, GitHub, VS Code, Jupyter Notebook</w:t>
      </w:r>
    </w:p>
    <w:p>
      <w:pPr>
        <w:spacing w:line="240" w:lineRule="auto"/>
      </w:pPr>
      <w:r>
        <w:rPr>
          <w:b/>
          <w:sz w:val="17"/>
        </w:rPr>
        <w:t>Concepts:</w:t>
      </w:r>
      <w:r>
        <w:rPr>
          <w:b w:val="0"/>
          <w:sz w:val="17"/>
        </w:rPr>
        <w:t xml:space="preserve"> Data Structures, OOP, Statistics, ETL, APIs, Data Modeling, SDLC, Agile/Scrum</w:t>
      </w:r>
    </w:p>
    <w:p>
      <w:pPr>
        <w:spacing w:before="70" w:after="40" w:line="240" w:lineRule="auto"/>
        <w:pBdr>
          <w:bottom w:val="single" w:sz="6" w:space="1" w:color="1F3864"/>
        </w:pBdr>
      </w:pPr>
      <w:r>
        <w:rPr>
          <w:b/>
          <w:color w:val="1F3864"/>
          <w:sz w:val="20"/>
        </w:rPr>
        <w:t>CORE COMPETENCIES</w:t>
      </w:r>
    </w:p>
    <w:p>
      <w:pPr>
        <w:spacing w:line="240" w:lineRule="auto"/>
      </w:pPr>
      <w:r>
        <w:rPr>
          <w:b/>
          <w:sz w:val="17"/>
        </w:rPr>
        <w:t>Data Analysis:</w:t>
      </w:r>
      <w:r>
        <w:rPr>
          <w:b w:val="0"/>
          <w:sz w:val="17"/>
        </w:rPr>
        <w:t xml:space="preserve"> Data Cleaning, EDA, Statistical Analysis, Trend Analysis, KPI Analysis, Data Validation, Root Cause Analysis</w:t>
      </w:r>
    </w:p>
    <w:p>
      <w:pPr>
        <w:spacing w:line="240" w:lineRule="auto"/>
      </w:pPr>
      <w:r>
        <w:rPr>
          <w:b/>
          <w:sz w:val="17"/>
        </w:rPr>
        <w:t>Business Intelligence:</w:t>
      </w:r>
      <w:r>
        <w:rPr>
          <w:b w:val="0"/>
          <w:sz w:val="17"/>
        </w:rPr>
        <w:t xml:space="preserve"> Dashboard Development, Reporting, Data Visualization, KPI Tracking, Management Reporting</w:t>
      </w:r>
    </w:p>
    <w:p>
      <w:pPr>
        <w:spacing w:line="240" w:lineRule="auto"/>
      </w:pPr>
      <w:r>
        <w:rPr>
          <w:b/>
          <w:sz w:val="17"/>
        </w:rPr>
        <w:t>Programming:</w:t>
      </w:r>
      <w:r>
        <w:rPr>
          <w:b w:val="0"/>
          <w:sz w:val="17"/>
        </w:rPr>
        <w:t xml:space="preserve"> Python, SQL, JavaScript, HTML, CSS</w:t>
      </w:r>
    </w:p>
    <w:p>
      <w:pPr>
        <w:spacing w:line="240" w:lineRule="auto"/>
      </w:pPr>
      <w:r>
        <w:rPr>
          <w:b/>
          <w:sz w:val="17"/>
        </w:rPr>
        <w:t>Analytics Libraries:</w:t>
      </w:r>
      <w:r>
        <w:rPr>
          <w:b w:val="0"/>
          <w:sz w:val="17"/>
        </w:rPr>
        <w:t xml:space="preserve"> Pandas, NumPy, Matplotlib, Seaborn, Scikit-learn</w:t>
      </w:r>
    </w:p>
    <w:p>
      <w:pPr>
        <w:spacing w:line="240" w:lineRule="auto"/>
      </w:pPr>
      <w:r>
        <w:rPr>
          <w:b/>
          <w:sz w:val="17"/>
        </w:rPr>
        <w:t>Tools:</w:t>
      </w:r>
      <w:r>
        <w:rPr>
          <w:b w:val="0"/>
          <w:sz w:val="17"/>
        </w:rPr>
        <w:t xml:space="preserve"> Excel, Power BI, Git, GitHub, Jupyter Notebook, VS Code</w:t>
      </w:r>
    </w:p>
    <w:p>
      <w:pPr>
        <w:spacing w:line="240" w:lineRule="auto"/>
      </w:pPr>
      <w:r>
        <w:rPr>
          <w:b/>
          <w:sz w:val="17"/>
        </w:rPr>
        <w:t>Business Skills:</w:t>
      </w:r>
      <w:r>
        <w:rPr>
          <w:b w:val="0"/>
          <w:sz w:val="17"/>
        </w:rPr>
        <w:t xml:space="preserve"> Requirements Gathering, Stakeholder Management, Process Improvement, Documentation, Problem Solving</w:t>
      </w:r>
    </w:p>
    <w:p>
      <w:pPr>
        <w:spacing w:before="70" w:after="40" w:line="240" w:lineRule="auto"/>
        <w:pBdr>
          <w:bottom w:val="single" w:sz="6" w:space="1" w:color="1F3864"/>
        </w:pBdr>
      </w:pPr>
      <w:r>
        <w:rPr>
          <w:b/>
          <w:color w:val="1F3864"/>
          <w:sz w:val="20"/>
        </w:rPr>
        <w:t>PROFESSIONAL EXPERIENCE</w:t>
      </w:r>
    </w:p>
    <w:p>
      <w:pPr>
        <w:tabs>
          <w:tab w:pos="10546" w:val="right"/>
        </w:tabs>
        <w:spacing w:before="40" w:line="240" w:lineRule="auto"/>
      </w:pPr>
      <w:r>
        <w:rPr>
          <w:b/>
          <w:sz w:val="17"/>
        </w:rPr>
        <w:t>JOB TITLE</w:t>
      </w:r>
      <w:r>
        <w:rPr>
          <w:b w:val="0"/>
          <w:sz w:val="17"/>
        </w:rPr>
        <w:t xml:space="preserve"> | COMPANY NAME — City, India</w:t>
      </w:r>
      <w:r>
        <w:rPr>
          <w:sz w:val="17"/>
        </w:rPr>
        <w:tab/>
      </w:r>
      <w:r>
        <w:rPr>
          <w:b/>
          <w:sz w:val="17"/>
        </w:rPr>
        <w:t>Month YYYY – Present</w:t>
      </w:r>
    </w:p>
    <w:p>
      <w:pPr>
        <w:pStyle w:val="ListBullet"/>
        <w:spacing w:after="0" w:line="240" w:lineRule="auto"/>
        <w:ind w:left="227" w:hanging="170"/>
      </w:pPr>
      <w:r>
        <w:rPr>
          <w:b w:val="0"/>
          <w:sz w:val="17"/>
        </w:rPr>
        <w:t>Analyzed [X]+ records / [X] datasets using SQL, Python, and Excel to identify trends, anomalies, and business opportunities.</w:t>
      </w:r>
    </w:p>
    <w:p>
      <w:pPr>
        <w:pStyle w:val="ListBullet"/>
        <w:spacing w:after="0" w:line="240" w:lineRule="auto"/>
        <w:ind w:left="227" w:hanging="170"/>
      </w:pPr>
      <w:r>
        <w:rPr>
          <w:b w:val="0"/>
          <w:sz w:val="17"/>
        </w:rPr>
        <w:t>Developed [X] interactive Power BI dashboards covering KPIs such as [revenue, operations, hiring, sales, inventory, etc.], enabling faster management reporting.</w:t>
      </w:r>
    </w:p>
    <w:p>
      <w:pPr>
        <w:pStyle w:val="ListBullet"/>
        <w:spacing w:after="0" w:line="240" w:lineRule="auto"/>
        <w:ind w:left="227" w:hanging="170"/>
      </w:pPr>
      <w:r>
        <w:rPr>
          <w:b w:val="0"/>
          <w:sz w:val="17"/>
        </w:rPr>
        <w:t>Automated recurring data preparation and reporting workflows using Python / Excel / Power Query, reducing manual effort by approximately [X]%.</w:t>
      </w:r>
    </w:p>
    <w:p>
      <w:pPr>
        <w:pStyle w:val="ListBullet"/>
        <w:spacing w:after="0" w:line="240" w:lineRule="auto"/>
        <w:ind w:left="227" w:hanging="170"/>
      </w:pPr>
      <w:r>
        <w:rPr>
          <w:b w:val="0"/>
          <w:sz w:val="17"/>
        </w:rPr>
        <w:t>Wrote optimized SQL queries using JOINs, CTEs, subqueries, CASE statements, aggregations, and window functions to extract business insights.</w:t>
      </w:r>
    </w:p>
    <w:p>
      <w:pPr>
        <w:pStyle w:val="ListBullet"/>
        <w:spacing w:after="0" w:line="240" w:lineRule="auto"/>
        <w:ind w:left="227" w:hanging="170"/>
      </w:pPr>
      <w:r>
        <w:rPr>
          <w:b w:val="0"/>
          <w:sz w:val="17"/>
        </w:rPr>
        <w:t>Performed data validation and reconciliation across multiple sources, improving reporting accuracy and reducing data discrepancies by [X]%.</w:t>
      </w:r>
    </w:p>
    <w:p>
      <w:pPr>
        <w:pStyle w:val="ListBullet"/>
        <w:spacing w:after="0" w:line="240" w:lineRule="auto"/>
        <w:ind w:left="227" w:hanging="170"/>
      </w:pPr>
      <w:r>
        <w:rPr>
          <w:b w:val="0"/>
          <w:sz w:val="17"/>
        </w:rPr>
        <w:t>Worked with [product / HR / finance / operations / sales] stakeholders to gather requirements, define KPIs, and translate business questions into analytical solutions.</w:t>
      </w:r>
    </w:p>
    <w:p>
      <w:pPr>
        <w:pStyle w:val="ListBullet"/>
        <w:spacing w:after="0" w:line="240" w:lineRule="auto"/>
        <w:ind w:left="227" w:hanging="170"/>
      </w:pPr>
      <w:r>
        <w:rPr>
          <w:b w:val="0"/>
          <w:sz w:val="17"/>
        </w:rPr>
        <w:t>Presented findings and recommendations to stakeholders using concise dashboards, reports, and data-driven narratives.</w:t>
      </w:r>
    </w:p>
    <w:p>
      <w:pPr>
        <w:tabs>
          <w:tab w:pos="10546" w:val="right"/>
        </w:tabs>
        <w:spacing w:before="40" w:line="240" w:lineRule="auto"/>
      </w:pPr>
      <w:r>
        <w:rPr>
          <w:b/>
          <w:sz w:val="17"/>
        </w:rPr>
        <w:t>PREVIOUS JOB TITLE / INTERN</w:t>
      </w:r>
      <w:r>
        <w:rPr>
          <w:b w:val="0"/>
          <w:sz w:val="17"/>
        </w:rPr>
        <w:t xml:space="preserve"> | COMPANY NAME — City, India</w:t>
      </w:r>
      <w:r>
        <w:rPr>
          <w:sz w:val="17"/>
        </w:rPr>
        <w:tab/>
      </w:r>
      <w:r>
        <w:rPr>
          <w:b/>
          <w:sz w:val="17"/>
        </w:rPr>
        <w:t>Month YYYY – Month YYYY</w:t>
      </w:r>
    </w:p>
    <w:p>
      <w:pPr>
        <w:pStyle w:val="ListBullet"/>
        <w:spacing w:after="0" w:line="240" w:lineRule="auto"/>
        <w:ind w:left="227" w:hanging="170"/>
      </w:pPr>
      <w:r>
        <w:rPr>
          <w:b w:val="0"/>
          <w:sz w:val="17"/>
        </w:rPr>
        <w:t>Supported end-to-end data collection, cleaning, analysis, visualization, and reporting for business and operational requirements.</w:t>
      </w:r>
    </w:p>
    <w:p>
      <w:pPr>
        <w:pStyle w:val="ListBullet"/>
        <w:spacing w:after="0" w:line="240" w:lineRule="auto"/>
        <w:ind w:left="227" w:hanging="170"/>
      </w:pPr>
      <w:r>
        <w:rPr>
          <w:b w:val="0"/>
          <w:sz w:val="17"/>
        </w:rPr>
        <w:t>Built Excel-based trackers, dashboards, and standardized reports to improve visibility into [process/KPI].</w:t>
      </w:r>
    </w:p>
    <w:p>
      <w:pPr>
        <w:pStyle w:val="ListBullet"/>
        <w:spacing w:after="0" w:line="240" w:lineRule="auto"/>
        <w:ind w:left="227" w:hanging="170"/>
      </w:pPr>
      <w:r>
        <w:rPr>
          <w:b w:val="0"/>
          <w:sz w:val="17"/>
        </w:rPr>
        <w:t>Identified process gaps and recommended improvements based on quantitative analysis and stakeholder feedback.</w:t>
      </w:r>
    </w:p>
    <w:p>
      <w:pPr>
        <w:pStyle w:val="ListBullet"/>
        <w:spacing w:after="0" w:line="240" w:lineRule="auto"/>
        <w:ind w:left="227" w:hanging="170"/>
      </w:pPr>
      <w:r>
        <w:rPr>
          <w:b w:val="0"/>
          <w:sz w:val="17"/>
        </w:rPr>
        <w:t>Maintained documentation for datasets, reporting logic, processes, and recurring analytical workflows.</w:t>
      </w:r>
    </w:p>
    <w:p>
      <w:pPr>
        <w:spacing w:before="70" w:after="40" w:line="240" w:lineRule="auto"/>
        <w:pBdr>
          <w:bottom w:val="single" w:sz="6" w:space="1" w:color="1F3864"/>
        </w:pBdr>
      </w:pPr>
      <w:r>
        <w:rPr>
          <w:b/>
          <w:color w:val="1F3864"/>
          <w:sz w:val="20"/>
        </w:rPr>
        <w:t>SELECTED PROJECTS</w:t>
      </w:r>
    </w:p>
    <w:p>
      <w:pPr>
        <w:tabs>
          <w:tab w:pos="10546" w:val="right"/>
        </w:tabs>
        <w:spacing w:before="40" w:line="240" w:lineRule="auto"/>
      </w:pPr>
      <w:r>
        <w:rPr>
          <w:b/>
          <w:sz w:val="17"/>
        </w:rPr>
        <w:t>Business Intelligence Dashboard</w:t>
      </w:r>
      <w:r>
        <w:rPr>
          <w:b w:val="0"/>
          <w:sz w:val="17"/>
        </w:rPr>
        <w:t xml:space="preserve"> | Power BI, SQL, Excel</w:t>
      </w:r>
    </w:p>
    <w:p>
      <w:pPr>
        <w:pStyle w:val="ListBullet"/>
        <w:spacing w:after="0" w:line="240" w:lineRule="auto"/>
        <w:ind w:left="227" w:hanging="170"/>
      </w:pPr>
      <w:r>
        <w:rPr>
          <w:b w:val="0"/>
          <w:sz w:val="17"/>
        </w:rPr>
        <w:t>Designed an interactive dashboard for [sales/HR/finance/operations] covering [X]+ KPIs and [X]+ business dimensions.</w:t>
      </w:r>
    </w:p>
    <w:p>
      <w:pPr>
        <w:pStyle w:val="ListBullet"/>
        <w:spacing w:after="0" w:line="240" w:lineRule="auto"/>
        <w:ind w:left="227" w:hanging="170"/>
      </w:pPr>
      <w:r>
        <w:rPr>
          <w:b w:val="0"/>
          <w:sz w:val="17"/>
        </w:rPr>
        <w:t>Built data transformation and modeling workflows, created calculated measures, and implemented filters/drill-downs for stakeholder analysis.</w:t>
      </w:r>
    </w:p>
    <w:p>
      <w:pPr>
        <w:pStyle w:val="ListBullet"/>
        <w:spacing w:after="0" w:line="240" w:lineRule="auto"/>
        <w:ind w:left="227" w:hanging="170"/>
      </w:pPr>
      <w:r>
        <w:rPr>
          <w:b w:val="0"/>
          <w:sz w:val="17"/>
        </w:rPr>
        <w:t>Identified [specific insight] that could support [cost reduction/revenue growth/process improvement] by approximately [X]% or ₹[X].</w:t>
      </w:r>
    </w:p>
    <w:p>
      <w:pPr>
        <w:pStyle w:val="ListBullet"/>
        <w:spacing w:after="0" w:line="240" w:lineRule="auto"/>
        <w:ind w:left="227" w:hanging="170"/>
      </w:pPr>
      <w:r>
        <w:rPr>
          <w:b w:val="0"/>
          <w:sz w:val="17"/>
        </w:rPr>
        <w:t>Documented the data model, KPI definitions, assumptions, and dashboard usage instructions.</w:t>
      </w:r>
    </w:p>
    <w:p>
      <w:pPr>
        <w:tabs>
          <w:tab w:pos="10546" w:val="right"/>
        </w:tabs>
        <w:spacing w:before="40" w:line="240" w:lineRule="auto"/>
      </w:pPr>
      <w:r>
        <w:rPr>
          <w:b/>
          <w:sz w:val="17"/>
        </w:rPr>
        <w:t>Data Analysis / Machine Learning Project</w:t>
      </w:r>
      <w:r>
        <w:rPr>
          <w:b w:val="0"/>
          <w:sz w:val="17"/>
        </w:rPr>
        <w:t xml:space="preserve"> | Python, Pandas, NumPy, Scikit-learn</w:t>
      </w:r>
    </w:p>
    <w:p>
      <w:pPr>
        <w:pStyle w:val="ListBullet"/>
        <w:spacing w:after="0" w:line="240" w:lineRule="auto"/>
        <w:ind w:left="227" w:hanging="170"/>
      </w:pPr>
      <w:r>
        <w:rPr>
          <w:b w:val="0"/>
          <w:sz w:val="17"/>
        </w:rPr>
        <w:t>Cleaned and analyzed [X]+ rows of real-world data, handling missing values, duplicates, outliers, and inconsistent formats.</w:t>
      </w:r>
    </w:p>
    <w:p>
      <w:pPr>
        <w:pStyle w:val="ListBullet"/>
        <w:spacing w:after="0" w:line="240" w:lineRule="auto"/>
        <w:ind w:left="227" w:hanging="170"/>
      </w:pPr>
      <w:r>
        <w:rPr>
          <w:b w:val="0"/>
          <w:sz w:val="17"/>
        </w:rPr>
        <w:t>Performed exploratory data analysis and created visualizations to identify patterns, correlations, and key drivers.</w:t>
      </w:r>
    </w:p>
    <w:p>
      <w:pPr>
        <w:pStyle w:val="ListBullet"/>
        <w:spacing w:after="0" w:line="240" w:lineRule="auto"/>
        <w:ind w:left="227" w:hanging="170"/>
      </w:pPr>
      <w:r>
        <w:rPr>
          <w:b w:val="0"/>
          <w:sz w:val="17"/>
        </w:rPr>
        <w:t>Developed and evaluated [classification/regression/clustering] models using appropriate performance metrics.</w:t>
      </w:r>
    </w:p>
    <w:p>
      <w:pPr>
        <w:pStyle w:val="ListBullet"/>
        <w:spacing w:after="0" w:line="240" w:lineRule="auto"/>
        <w:ind w:left="227" w:hanging="170"/>
      </w:pPr>
      <w:r>
        <w:rPr>
          <w:b w:val="0"/>
          <w:sz w:val="17"/>
        </w:rPr>
        <w:t>Published reproducible code, documentation, and findings through GitHub.</w:t>
      </w:r>
    </w:p>
    <w:p>
      <w:pPr>
        <w:tabs>
          <w:tab w:pos="10546" w:val="right"/>
        </w:tabs>
        <w:spacing w:before="40" w:line="240" w:lineRule="auto"/>
      </w:pPr>
      <w:r>
        <w:rPr>
          <w:b/>
          <w:sz w:val="17"/>
        </w:rPr>
        <w:t>Automation / Software Project</w:t>
      </w:r>
      <w:r>
        <w:rPr>
          <w:b w:val="0"/>
          <w:sz w:val="17"/>
        </w:rPr>
        <w:t xml:space="preserve"> | Python / JavaScript / SQL</w:t>
      </w:r>
    </w:p>
    <w:p>
      <w:pPr>
        <w:pStyle w:val="ListBullet"/>
        <w:spacing w:after="0" w:line="240" w:lineRule="auto"/>
        <w:ind w:left="227" w:hanging="170"/>
      </w:pPr>
      <w:r>
        <w:rPr>
          <w:b w:val="0"/>
          <w:sz w:val="17"/>
        </w:rPr>
        <w:t>Developed a solution to automate [manual process], reducing repetitive work and improving process consistency.</w:t>
      </w:r>
    </w:p>
    <w:p>
      <w:pPr>
        <w:pStyle w:val="ListBullet"/>
        <w:spacing w:after="0" w:line="240" w:lineRule="auto"/>
        <w:ind w:left="227" w:hanging="170"/>
      </w:pPr>
      <w:r>
        <w:rPr>
          <w:b w:val="0"/>
          <w:sz w:val="17"/>
        </w:rPr>
        <w:t>Implemented input validation, error handling, structured data processing, and reusable functions/modules.</w:t>
      </w:r>
    </w:p>
    <w:p>
      <w:pPr>
        <w:pStyle w:val="ListBullet"/>
        <w:spacing w:after="0" w:line="240" w:lineRule="auto"/>
        <w:ind w:left="227" w:hanging="170"/>
      </w:pPr>
      <w:r>
        <w:rPr>
          <w:b w:val="0"/>
          <w:sz w:val="17"/>
        </w:rPr>
        <w:t>Tested the solution against representative use cases and documented setup and usage instructions.</w:t>
      </w:r>
    </w:p>
    <w:p>
      <w:pPr>
        <w:spacing w:before="70" w:after="40" w:line="240" w:lineRule="auto"/>
        <w:pBdr>
          <w:bottom w:val="single" w:sz="6" w:space="1" w:color="1F3864"/>
        </w:pBdr>
      </w:pPr>
      <w:r>
        <w:rPr>
          <w:b/>
          <w:color w:val="1F3864"/>
          <w:sz w:val="20"/>
        </w:rPr>
        <w:t>CERTIFICATIONS</w:t>
      </w:r>
    </w:p>
    <w:p>
      <w:pPr>
        <w:pStyle w:val="ListBullet"/>
        <w:spacing w:after="0" w:line="240" w:lineRule="auto"/>
        <w:ind w:left="227" w:hanging="170"/>
      </w:pPr>
      <w:r>
        <w:rPr>
          <w:b w:val="0"/>
          <w:sz w:val="17"/>
        </w:rPr>
        <w:t>Certification Name — Issuing Organization — YYYY</w:t>
      </w:r>
    </w:p>
    <w:p>
      <w:pPr>
        <w:pStyle w:val="ListBullet"/>
        <w:spacing w:after="0" w:line="240" w:lineRule="auto"/>
        <w:ind w:left="227" w:hanging="170"/>
      </w:pPr>
      <w:r>
        <w:rPr>
          <w:b w:val="0"/>
          <w:sz w:val="17"/>
        </w:rPr>
        <w:t>Certification Name — Issuing Organization — YYYY</w:t>
      </w:r>
    </w:p>
    <w:p>
      <w:pPr>
        <w:pStyle w:val="ListBullet"/>
        <w:spacing w:after="0" w:line="240" w:lineRule="auto"/>
        <w:ind w:left="227" w:hanging="170"/>
      </w:pPr>
      <w:r>
        <w:rPr>
          <w:b w:val="0"/>
          <w:sz w:val="17"/>
        </w:rPr>
        <w:t>Certification Name — Issuing Organization — YYYY</w:t>
      </w:r>
    </w:p>
    <w:p>
      <w:pPr>
        <w:spacing w:before="70" w:after="40" w:line="240" w:lineRule="auto"/>
        <w:pBdr>
          <w:bottom w:val="single" w:sz="6" w:space="1" w:color="1F3864"/>
        </w:pBdr>
      </w:pPr>
      <w:r>
        <w:rPr>
          <w:b/>
          <w:color w:val="1F3864"/>
          <w:sz w:val="20"/>
        </w:rPr>
        <w:t>ACHIEVEMENTS &amp; LEADERSHIP</w:t>
      </w:r>
    </w:p>
    <w:p>
      <w:pPr>
        <w:pStyle w:val="ListBullet"/>
        <w:spacing w:after="0" w:line="240" w:lineRule="auto"/>
        <w:ind w:left="227" w:hanging="170"/>
      </w:pPr>
      <w:r>
        <w:rPr>
          <w:b w:val="0"/>
          <w:sz w:val="17"/>
        </w:rPr>
        <w:t>Achieved [rank/award/result] in [competition/hackathon/academic activity], demonstrating [relevant skill].</w:t>
      </w:r>
    </w:p>
    <w:p>
      <w:pPr>
        <w:pStyle w:val="ListBullet"/>
        <w:spacing w:after="0" w:line="240" w:lineRule="auto"/>
        <w:ind w:left="227" w:hanging="170"/>
      </w:pPr>
      <w:r>
        <w:rPr>
          <w:b w:val="0"/>
          <w:sz w:val="17"/>
        </w:rPr>
        <w:t>Led / coordinated [team/activity] involving [X] members and delivered [specific outcome].</w:t>
      </w:r>
    </w:p>
    <w:p>
      <w:pPr>
        <w:pStyle w:val="ListBullet"/>
        <w:spacing w:after="0" w:line="240" w:lineRule="auto"/>
        <w:ind w:left="227" w:hanging="170"/>
      </w:pPr>
      <w:r>
        <w:rPr>
          <w:b w:val="0"/>
          <w:sz w:val="17"/>
        </w:rPr>
        <w:t>Published / presented [project/research/content] on [topic] through [platform/event].</w:t>
      </w:r>
    </w:p>
    <w:p>
      <w:pPr>
        <w:spacing w:before="70" w:after="40" w:line="240" w:lineRule="auto"/>
        <w:pBdr>
          <w:bottom w:val="single" w:sz="6" w:space="1" w:color="1F3864"/>
        </w:pBdr>
      </w:pPr>
      <w:r>
        <w:rPr>
          <w:b/>
          <w:color w:val="1F3864"/>
          <w:sz w:val="20"/>
        </w:rPr>
        <w:t>ADDITIONAL INFORMATION</w:t>
      </w:r>
    </w:p>
    <w:p>
      <w:pPr>
        <w:spacing w:line="240" w:lineRule="auto"/>
      </w:pPr>
      <w:r>
        <w:rPr>
          <w:b/>
          <w:sz w:val="17"/>
        </w:rPr>
        <w:t>Languages:</w:t>
      </w:r>
      <w:r>
        <w:rPr>
          <w:b w:val="0"/>
          <w:sz w:val="17"/>
        </w:rPr>
        <w:t xml:space="preserve"> English, Hindi [edit] | </w:t>
      </w:r>
      <w:r>
        <w:rPr>
          <w:b/>
          <w:sz w:val="17"/>
        </w:rPr>
        <w:t>Work Authorization:</w:t>
      </w:r>
      <w:r>
        <w:rPr>
          <w:b w:val="0"/>
          <w:sz w:val="17"/>
        </w:rPr>
        <w:t xml:space="preserve"> India | </w:t>
      </w:r>
      <w:r>
        <w:rPr>
          <w:b/>
          <w:sz w:val="17"/>
        </w:rPr>
        <w:t>Availability:</w:t>
      </w:r>
      <w:r>
        <w:rPr>
          <w:b w:val="0"/>
          <w:sz w:val="17"/>
        </w:rPr>
        <w:t xml:space="preserve"> Full-time / Internship / Immediate [edit]</w:t>
      </w:r>
    </w:p>
    <w:sectPr w:rsidR="00FC693F" w:rsidRPr="0006063C" w:rsidSect="00034616">
      <w:pgSz w:w="11906" w:h="16838"/>
      <w:pgMar w:top="454" w:right="680" w:bottom="397"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40" w:lineRule="auto"/>
    </w:pPr>
    <w:rPr>
      <w:rFonts w:ascii="Calibri" w:hAnsi="Calibri" w:eastAsia="Calibri"/>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FirstOffer ATS-Friendly Resume Template</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